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135C9" w14:textId="77777777" w:rsidR="004A4AC3" w:rsidRPr="00095A74" w:rsidRDefault="00000000" w:rsidP="00095A7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bCs/>
          <w:sz w:val="24"/>
          <w:szCs w:val="24"/>
          <w:lang w:val="it-IT"/>
        </w:rPr>
        <w:t>AL DIRIGENTE SCOLASTICO</w:t>
      </w:r>
    </w:p>
    <w:p w14:paraId="5CA94ACA" w14:textId="3A3D19B1" w:rsidR="004A4AC3" w:rsidRPr="00095A74" w:rsidRDefault="00000000" w:rsidP="00095A74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bCs/>
          <w:sz w:val="24"/>
          <w:szCs w:val="24"/>
          <w:lang w:val="it-IT"/>
        </w:rPr>
        <w:t>dell’I</w:t>
      </w:r>
      <w:r w:rsidR="00095A74" w:rsidRPr="00095A74">
        <w:rPr>
          <w:rFonts w:ascii="Times New Roman" w:hAnsi="Times New Roman" w:cs="Times New Roman"/>
          <w:bCs/>
          <w:sz w:val="24"/>
          <w:szCs w:val="24"/>
          <w:lang w:val="it-IT"/>
        </w:rPr>
        <w:t>.M. Licei “T. Campanella”</w:t>
      </w:r>
    </w:p>
    <w:p w14:paraId="4B86C957" w14:textId="3C01D087" w:rsidR="00095A74" w:rsidRPr="00095A74" w:rsidRDefault="00095A74" w:rsidP="00095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bCs/>
          <w:sz w:val="24"/>
          <w:szCs w:val="24"/>
          <w:lang w:val="it-IT"/>
        </w:rPr>
        <w:t>di Belvedere M.mo</w:t>
      </w:r>
    </w:p>
    <w:p w14:paraId="41EE6FC2" w14:textId="77777777" w:rsidR="00095A74" w:rsidRDefault="00095A74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65A7215D" w14:textId="6768FE3E" w:rsidR="004A4AC3" w:rsidRPr="00095A74" w:rsidRDefault="00000000">
      <w:pPr>
        <w:spacing w:after="12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b/>
          <w:sz w:val="24"/>
          <w:szCs w:val="24"/>
          <w:lang w:val="it-IT"/>
        </w:rPr>
        <w:t>DICHIARAZIONE SOSTITUTIVA DI CERTIFICAZIONE E DI ATTO NOTORIO</w:t>
      </w:r>
    </w:p>
    <w:p w14:paraId="57B7E1E6" w14:textId="77777777" w:rsidR="004A4AC3" w:rsidRPr="00095A74" w:rsidRDefault="00000000">
      <w:pPr>
        <w:spacing w:after="36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i/>
          <w:sz w:val="24"/>
          <w:szCs w:val="24"/>
          <w:lang w:val="it-IT"/>
        </w:rPr>
        <w:t>(Ai sensi degli artt. 46 e 47 del D.P.R. 28 dicembre 2000, n. 445)</w:t>
      </w:r>
    </w:p>
    <w:p w14:paraId="44620AB9" w14:textId="45157627" w:rsidR="004A4AC3" w:rsidRPr="00095A74" w:rsidRDefault="00000000">
      <w:pPr>
        <w:spacing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Il/La sottoscritto/a ____________________________________________________________</w:t>
      </w:r>
      <w:r w:rsidR="00D0595E">
        <w:rPr>
          <w:rFonts w:ascii="Times New Roman" w:hAnsi="Times New Roman" w:cs="Times New Roman"/>
          <w:sz w:val="24"/>
          <w:szCs w:val="24"/>
          <w:lang w:val="it-IT"/>
        </w:rPr>
        <w:t>_</w:t>
      </w:r>
    </w:p>
    <w:p w14:paraId="004230B4" w14:textId="636281EB" w:rsidR="004A4AC3" w:rsidRPr="00095A74" w:rsidRDefault="00000000">
      <w:pPr>
        <w:spacing w:after="12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nato/</w:t>
      </w:r>
      <w:proofErr w:type="gramStart"/>
      <w:r w:rsidRPr="00095A7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D0595E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spellStart"/>
      <w:r w:rsidRPr="00095A74"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proofErr w:type="gramEnd"/>
      <w:r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 _______________________________________ (____) il ____/____/_______</w:t>
      </w:r>
    </w:p>
    <w:p w14:paraId="06532689" w14:textId="4EBD8105" w:rsidR="004A4AC3" w:rsidRPr="00095A74" w:rsidRDefault="00000000">
      <w:pPr>
        <w:spacing w:after="36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in servizio presso </w:t>
      </w:r>
      <w:r w:rsidR="00095A74">
        <w:rPr>
          <w:rFonts w:ascii="Times New Roman" w:hAnsi="Times New Roman" w:cs="Times New Roman"/>
          <w:sz w:val="24"/>
          <w:szCs w:val="24"/>
          <w:lang w:val="it-IT"/>
        </w:rPr>
        <w:t>C</w:t>
      </w:r>
      <w:r w:rsidRPr="00095A74">
        <w:rPr>
          <w:rFonts w:ascii="Times New Roman" w:hAnsi="Times New Roman" w:cs="Times New Roman"/>
          <w:sz w:val="24"/>
          <w:szCs w:val="24"/>
          <w:lang w:val="it-IT"/>
        </w:rPr>
        <w:t>odesto Istituto in qualità di Docente di Strumento Musicale per la specialità strumentale di _____________________________________,</w:t>
      </w:r>
    </w:p>
    <w:p w14:paraId="3EFA11A4" w14:textId="77777777" w:rsidR="004A4AC3" w:rsidRPr="00095A74" w:rsidRDefault="00000000">
      <w:pPr>
        <w:spacing w:after="24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b/>
          <w:sz w:val="24"/>
          <w:szCs w:val="24"/>
          <w:lang w:val="it-IT"/>
        </w:rPr>
        <w:t>DICHIARA</w:t>
      </w:r>
    </w:p>
    <w:p w14:paraId="1A838773" w14:textId="77777777" w:rsidR="004A4AC3" w:rsidRPr="00095A74" w:rsidRDefault="00000000">
      <w:pPr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sotto la propria personale responsabilità, consapevole delle sanzioni penali previste dall'art. 76 del D.P.R. 28/12/2000 n. 445 in caso di dichiarazioni mendaci, che in data odierna:</w:t>
      </w:r>
    </w:p>
    <w:p w14:paraId="42F00352" w14:textId="5CDC6F27" w:rsidR="004A4AC3" w:rsidRPr="00095A74" w:rsidRDefault="00095A74">
      <w:pPr>
        <w:pStyle w:val="Puntoelenco"/>
        <w:spacing w:after="80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si</w:t>
      </w:r>
      <w:r w:rsidR="00000000"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 è verificata la modifica dell'orario delle lezioni pomeridiane a causa dell'assenza del/degli alunno/i delle ore:</w:t>
      </w:r>
    </w:p>
    <w:p w14:paraId="0CBC31A4" w14:textId="63B61FB9" w:rsidR="004A4AC3" w:rsidRPr="00D0595E" w:rsidRDefault="00000000" w:rsidP="00D0595E">
      <w:pPr>
        <w:pStyle w:val="Paragrafoelenco"/>
        <w:numPr>
          <w:ilvl w:val="0"/>
          <w:numId w:val="10"/>
        </w:numPr>
        <w:spacing w:after="0" w:line="480" w:lineRule="auto"/>
        <w:ind w:left="538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D0595E">
        <w:rPr>
          <w:rFonts w:ascii="Times New Roman" w:hAnsi="Times New Roman" w:cs="Times New Roman"/>
          <w:sz w:val="24"/>
          <w:szCs w:val="24"/>
          <w:lang w:val="it-IT"/>
        </w:rPr>
        <w:t>Ora/dalle ore ________ alle ore ________ Alunno/i: ______________________________</w:t>
      </w:r>
    </w:p>
    <w:p w14:paraId="2AC913AE" w14:textId="1D774B83" w:rsidR="004A4AC3" w:rsidRPr="00D0595E" w:rsidRDefault="00000000" w:rsidP="00D0595E">
      <w:pPr>
        <w:pStyle w:val="Paragrafoelenco"/>
        <w:numPr>
          <w:ilvl w:val="0"/>
          <w:numId w:val="10"/>
        </w:numPr>
        <w:spacing w:after="0" w:line="480" w:lineRule="auto"/>
        <w:ind w:left="538" w:hanging="357"/>
        <w:rPr>
          <w:rFonts w:ascii="Times New Roman" w:hAnsi="Times New Roman" w:cs="Times New Roman"/>
          <w:sz w:val="24"/>
          <w:szCs w:val="24"/>
          <w:lang w:val="it-IT"/>
        </w:rPr>
      </w:pPr>
      <w:r w:rsidRPr="00D0595E">
        <w:rPr>
          <w:rFonts w:ascii="Times New Roman" w:hAnsi="Times New Roman" w:cs="Times New Roman"/>
          <w:sz w:val="24"/>
          <w:szCs w:val="24"/>
          <w:lang w:val="it-IT"/>
        </w:rPr>
        <w:t>Ora/dalle ore ________ alle ore ________ Alunno/i: ____________________________</w:t>
      </w:r>
      <w:r w:rsidR="00D0595E"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7F04CF67" w14:textId="2F958853" w:rsidR="004A4AC3" w:rsidRPr="00095A74" w:rsidRDefault="00000000">
      <w:pPr>
        <w:pStyle w:val="Puntoelenco"/>
        <w:spacing w:after="16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È stata data tempestiva comunicazione della variazione al Collaboratore del Dirigente / Coordinatore </w:t>
      </w:r>
      <w:r w:rsidR="00095A74">
        <w:rPr>
          <w:rFonts w:ascii="Times New Roman" w:hAnsi="Times New Roman" w:cs="Times New Roman"/>
          <w:sz w:val="24"/>
          <w:szCs w:val="24"/>
          <w:lang w:val="it-IT"/>
        </w:rPr>
        <w:t>dello Strumento Musicale.</w:t>
      </w:r>
      <w:r w:rsidRPr="00095A7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76959069" w14:textId="169BB105" w:rsidR="004A4AC3" w:rsidRPr="00095A74" w:rsidRDefault="00000000">
      <w:pPr>
        <w:pStyle w:val="Puntoelenco"/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È stata preventivamente verificata l'assenza di ulteriori necessità di istituto (quali supplenze temporanee per discipline musicali/affini, attività di supporto alla vigilanza o altre attività funzionali all'insegnamento da svolgersi nei locali scolastici).</w:t>
      </w:r>
    </w:p>
    <w:p w14:paraId="62D1FEDC" w14:textId="77777777" w:rsidR="004A4AC3" w:rsidRPr="00095A74" w:rsidRDefault="00000000">
      <w:pPr>
        <w:spacing w:after="24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Per tali motivi, il/la sottoscritto/a dichiara di aver effettuato l'uscita anticipata eccezionale dall'edificio scolastico alle ore ________, a conclusione delle attività didattiche effettivamente prestate e previa liberazione da ogni altro obbligo di servizio per la giornata odierna.</w:t>
      </w:r>
    </w:p>
    <w:p w14:paraId="2D2B1B5C" w14:textId="6DE2D0A0" w:rsidR="004A4AC3" w:rsidRPr="00095A74" w:rsidRDefault="00000000">
      <w:pPr>
        <w:spacing w:after="480"/>
        <w:rPr>
          <w:rFonts w:ascii="Times New Roman" w:hAnsi="Times New Roman" w:cs="Times New Roman"/>
          <w:sz w:val="24"/>
          <w:szCs w:val="24"/>
          <w:lang w:val="it-IT"/>
        </w:rPr>
      </w:pPr>
      <w:r w:rsidRPr="00095A74">
        <w:rPr>
          <w:rFonts w:ascii="Times New Roman" w:hAnsi="Times New Roman" w:cs="Times New Roman"/>
          <w:sz w:val="24"/>
          <w:szCs w:val="24"/>
          <w:lang w:val="it-IT"/>
        </w:rPr>
        <w:t>Il/La sottoscritto/a si impegna a registrare tempestivamente le variazioni sul Registro Elettronico secondo le modalità previste.</w:t>
      </w:r>
    </w:p>
    <w:p w14:paraId="69C55F4D" w14:textId="77777777" w:rsidR="004A4AC3" w:rsidRPr="00095A74" w:rsidRDefault="00000000" w:rsidP="00095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5A74">
        <w:rPr>
          <w:rFonts w:ascii="Times New Roman" w:hAnsi="Times New Roman" w:cs="Times New Roman"/>
          <w:sz w:val="24"/>
          <w:szCs w:val="24"/>
        </w:rPr>
        <w:t>Data, ____/____/2026</w:t>
      </w:r>
    </w:p>
    <w:p w14:paraId="53E606BB" w14:textId="77777777" w:rsidR="004A4AC3" w:rsidRPr="00095A74" w:rsidRDefault="00000000" w:rsidP="00095A7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95A74">
        <w:rPr>
          <w:rFonts w:ascii="Times New Roman" w:hAnsi="Times New Roman" w:cs="Times New Roman"/>
          <w:b/>
          <w:sz w:val="24"/>
          <w:szCs w:val="24"/>
        </w:rPr>
        <w:t>Firma del docente</w:t>
      </w:r>
    </w:p>
    <w:p w14:paraId="3A9D1424" w14:textId="6E6E7D9E" w:rsidR="004A4AC3" w:rsidRDefault="004A4AC3">
      <w:pPr>
        <w:spacing w:after="120"/>
        <w:jc w:val="right"/>
      </w:pPr>
    </w:p>
    <w:sectPr w:rsidR="004A4AC3" w:rsidSect="00095A74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3D1FF5"/>
    <w:multiLevelType w:val="hybridMultilevel"/>
    <w:tmpl w:val="422E2F10"/>
    <w:lvl w:ilvl="0" w:tplc="CC0459EC">
      <w:numFmt w:val="bullet"/>
      <w:lvlText w:val="-"/>
      <w:lvlJc w:val="left"/>
      <w:pPr>
        <w:ind w:left="54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814712518">
    <w:abstractNumId w:val="8"/>
  </w:num>
  <w:num w:numId="2" w16cid:durableId="75175466">
    <w:abstractNumId w:val="6"/>
  </w:num>
  <w:num w:numId="3" w16cid:durableId="940797466">
    <w:abstractNumId w:val="5"/>
  </w:num>
  <w:num w:numId="4" w16cid:durableId="162163659">
    <w:abstractNumId w:val="4"/>
  </w:num>
  <w:num w:numId="5" w16cid:durableId="177350664">
    <w:abstractNumId w:val="7"/>
  </w:num>
  <w:num w:numId="6" w16cid:durableId="1206480941">
    <w:abstractNumId w:val="3"/>
  </w:num>
  <w:num w:numId="7" w16cid:durableId="468715601">
    <w:abstractNumId w:val="2"/>
  </w:num>
  <w:num w:numId="8" w16cid:durableId="1843005021">
    <w:abstractNumId w:val="1"/>
  </w:num>
  <w:num w:numId="9" w16cid:durableId="507135196">
    <w:abstractNumId w:val="0"/>
  </w:num>
  <w:num w:numId="10" w16cid:durableId="13967796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5A74"/>
    <w:rsid w:val="0015074B"/>
    <w:rsid w:val="0029639D"/>
    <w:rsid w:val="00326F90"/>
    <w:rsid w:val="004A4AC3"/>
    <w:rsid w:val="0078146A"/>
    <w:rsid w:val="00A02C04"/>
    <w:rsid w:val="00AA1D8D"/>
    <w:rsid w:val="00B43481"/>
    <w:rsid w:val="00B47730"/>
    <w:rsid w:val="00CB0664"/>
    <w:rsid w:val="00D0595E"/>
    <w:rsid w:val="00E61B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1C0DB6"/>
  <w14:defaultImageDpi w14:val="300"/>
  <w15:docId w15:val="{A4BF463A-664D-4D03-94A5-89ECC560D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Ersilia Siciliano</cp:lastModifiedBy>
  <cp:revision>6</cp:revision>
  <dcterms:created xsi:type="dcterms:W3CDTF">2026-10-08T08:34:00Z</dcterms:created>
  <dcterms:modified xsi:type="dcterms:W3CDTF">2026-10-08T08:41:00Z</dcterms:modified>
  <cp:category/>
</cp:coreProperties>
</file>